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226E0" w14:textId="26883A86" w:rsidR="008C388E" w:rsidRPr="00B93844" w:rsidRDefault="009F06B7" w:rsidP="008468AA">
      <w:pPr>
        <w:spacing w:after="100"/>
        <w:jc w:val="center"/>
        <w:rPr>
          <w:rFonts w:asciiTheme="majorHAnsi" w:hAnsiTheme="majorHAnsi"/>
          <w:b/>
          <w:sz w:val="18"/>
          <w:szCs w:val="18"/>
          <w:lang w:val="es-ES"/>
        </w:rPr>
      </w:pPr>
      <w:r w:rsidRPr="00B93844">
        <w:rPr>
          <w:rFonts w:asciiTheme="majorHAnsi" w:hAnsiTheme="majorHAnsi"/>
          <w:b/>
          <w:sz w:val="18"/>
          <w:szCs w:val="18"/>
          <w:lang w:val="es-ES"/>
        </w:rPr>
        <w:t>DECLARACIÓN RESPONSABLE I</w:t>
      </w:r>
    </w:p>
    <w:p w14:paraId="5339EF83" w14:textId="77777777" w:rsidR="003C0F3A" w:rsidRPr="00B93844" w:rsidRDefault="003C0F3A" w:rsidP="009F06B7">
      <w:pPr>
        <w:spacing w:after="100"/>
        <w:jc w:val="center"/>
        <w:rPr>
          <w:rFonts w:asciiTheme="majorHAnsi" w:hAnsiTheme="majorHAnsi"/>
          <w:b/>
          <w:sz w:val="18"/>
          <w:szCs w:val="18"/>
          <w:lang w:val="es-ES"/>
        </w:rPr>
      </w:pPr>
    </w:p>
    <w:p w14:paraId="33B54D4E" w14:textId="63A24480" w:rsidR="00935781" w:rsidRPr="00B93844" w:rsidRDefault="00935781" w:rsidP="009F06B7">
      <w:pPr>
        <w:spacing w:after="100"/>
        <w:rPr>
          <w:rFonts w:asciiTheme="majorHAnsi" w:hAnsiTheme="majorHAnsi" w:cstheme="majorHAnsi"/>
          <w:bCs/>
          <w:sz w:val="18"/>
          <w:szCs w:val="18"/>
          <w:lang w:val="es-ES"/>
        </w:rPr>
      </w:pPr>
      <w:r w:rsidRPr="00B93844">
        <w:rPr>
          <w:rFonts w:asciiTheme="majorHAnsi" w:hAnsiTheme="majorHAnsi" w:cstheme="majorHAnsi"/>
          <w:bCs/>
          <w:sz w:val="18"/>
          <w:szCs w:val="18"/>
          <w:lang w:val="es-ES"/>
        </w:rPr>
        <w:t>Don/Dña</w:t>
      </w:r>
      <w:sdt>
        <w:sdtPr>
          <w:rPr>
            <w:rFonts w:asciiTheme="majorHAnsi" w:hAnsiTheme="majorHAnsi" w:cstheme="majorHAnsi"/>
            <w:bCs/>
            <w:sz w:val="18"/>
            <w:szCs w:val="18"/>
            <w:lang w:val="es-ES"/>
          </w:rPr>
          <w:id w:val="286087434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bCs/>
              <w:sz w:val="18"/>
              <w:szCs w:val="18"/>
              <w:lang w:val="es-ES"/>
            </w:rPr>
            <w:t>. ______________________________________</w:t>
          </w:r>
        </w:sdtContent>
      </w:sdt>
      <w:r w:rsidRPr="00B93844">
        <w:rPr>
          <w:rFonts w:asciiTheme="majorHAnsi" w:hAnsiTheme="majorHAnsi" w:cstheme="majorHAnsi"/>
          <w:bCs/>
          <w:sz w:val="18"/>
          <w:szCs w:val="18"/>
          <w:lang w:val="es-ES"/>
        </w:rPr>
        <w:t xml:space="preserve"> con NIF </w:t>
      </w:r>
      <w:sdt>
        <w:sdtPr>
          <w:rPr>
            <w:rFonts w:asciiTheme="majorHAnsi" w:hAnsiTheme="majorHAnsi" w:cstheme="majorHAnsi"/>
            <w:bCs/>
            <w:sz w:val="18"/>
            <w:szCs w:val="18"/>
            <w:lang w:val="es-ES"/>
          </w:rPr>
          <w:id w:val="1613938521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bCs/>
              <w:sz w:val="18"/>
              <w:szCs w:val="18"/>
              <w:lang w:val="es-ES"/>
            </w:rPr>
            <w:t>__________________</w:t>
          </w:r>
        </w:sdtContent>
      </w:sdt>
      <w:r w:rsidRPr="00B93844">
        <w:rPr>
          <w:rFonts w:asciiTheme="majorHAnsi" w:hAnsiTheme="majorHAnsi" w:cstheme="majorHAnsi"/>
          <w:bCs/>
          <w:sz w:val="18"/>
          <w:szCs w:val="18"/>
          <w:lang w:val="es-ES"/>
        </w:rPr>
        <w:t xml:space="preserve"> actuando como solicitante de la actuación o en representación de la entidad </w:t>
      </w:r>
      <w:sdt>
        <w:sdtPr>
          <w:rPr>
            <w:rFonts w:asciiTheme="majorHAnsi" w:hAnsiTheme="majorHAnsi" w:cstheme="majorHAnsi"/>
            <w:bCs/>
            <w:sz w:val="18"/>
            <w:szCs w:val="18"/>
            <w:lang w:val="es-ES"/>
          </w:rPr>
          <w:id w:val="584499359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bCs/>
              <w:sz w:val="18"/>
              <w:szCs w:val="18"/>
              <w:lang w:val="es-ES"/>
            </w:rPr>
            <w:t>___________________________</w:t>
          </w:r>
        </w:sdtContent>
      </w:sdt>
      <w:r w:rsidRPr="00B93844">
        <w:rPr>
          <w:rFonts w:asciiTheme="majorHAnsi" w:hAnsiTheme="majorHAnsi" w:cstheme="majorHAnsi"/>
          <w:bCs/>
          <w:sz w:val="18"/>
          <w:szCs w:val="18"/>
          <w:lang w:val="es-ES"/>
        </w:rPr>
        <w:t xml:space="preserve"> con CIF </w:t>
      </w:r>
      <w:sdt>
        <w:sdtPr>
          <w:rPr>
            <w:rFonts w:asciiTheme="majorHAnsi" w:hAnsiTheme="majorHAnsi" w:cstheme="majorHAnsi"/>
            <w:bCs/>
            <w:sz w:val="18"/>
            <w:szCs w:val="18"/>
            <w:lang w:val="es-ES"/>
          </w:rPr>
          <w:id w:val="-967509350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bCs/>
              <w:sz w:val="18"/>
              <w:szCs w:val="18"/>
              <w:lang w:val="es-ES"/>
            </w:rPr>
            <w:t>__________________,</w:t>
          </w:r>
        </w:sdtContent>
      </w:sdt>
      <w:r w:rsidRPr="00B93844">
        <w:rPr>
          <w:rFonts w:asciiTheme="majorHAnsi" w:hAnsiTheme="majorHAnsi" w:cstheme="majorHAnsi"/>
          <w:bCs/>
          <w:sz w:val="18"/>
          <w:szCs w:val="18"/>
          <w:lang w:val="es-ES"/>
        </w:rPr>
        <w:t xml:space="preserve"> declara responsablemente: </w:t>
      </w:r>
    </w:p>
    <w:p w14:paraId="222F22BA" w14:textId="3F3A247B" w:rsidR="00C42572" w:rsidRPr="00B93844" w:rsidRDefault="00892F29" w:rsidP="009F06B7">
      <w:pPr>
        <w:spacing w:after="100"/>
        <w:jc w:val="both"/>
        <w:rPr>
          <w:rFonts w:asciiTheme="majorHAnsi" w:hAnsiTheme="majorHAnsi" w:cstheme="majorHAnsi"/>
          <w:sz w:val="18"/>
          <w:szCs w:val="18"/>
          <w:lang w:val="es-ES"/>
        </w:rPr>
      </w:pP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1996989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806" w:rsidRPr="00B93844">
            <w:rPr>
              <w:rFonts w:ascii="Segoe UI Symbol" w:eastAsia="MS Gothic" w:hAnsi="Segoe UI Symbol" w:cs="Segoe UI Symbol"/>
              <w:sz w:val="18"/>
              <w:szCs w:val="18"/>
              <w:lang w:val="es-ES"/>
            </w:rPr>
            <w:t>☐</w:t>
          </w:r>
        </w:sdtContent>
      </w:sdt>
      <w:r w:rsidR="009F06B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Que </w:t>
      </w:r>
      <w:r w:rsidR="0010701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no </w:t>
      </w:r>
      <w:r w:rsidR="008C4137" w:rsidRPr="00B93844">
        <w:rPr>
          <w:rFonts w:asciiTheme="majorHAnsi" w:hAnsiTheme="majorHAnsi" w:cstheme="majorHAnsi"/>
          <w:sz w:val="18"/>
          <w:szCs w:val="18"/>
          <w:lang w:val="es-ES"/>
        </w:rPr>
        <w:t>está incurso en ninguna de las prohibiciones a las que se refiere el artículo 13.2 de la Ley 38/2003, de 17 de noviembre, General de Subvenciones</w:t>
      </w:r>
      <w:r w:rsidR="009F06B7" w:rsidRPr="00B93844">
        <w:rPr>
          <w:rFonts w:asciiTheme="majorHAnsi" w:hAnsiTheme="majorHAnsi" w:cstheme="majorHAnsi"/>
          <w:sz w:val="18"/>
          <w:szCs w:val="18"/>
          <w:lang w:val="es-ES"/>
        </w:rPr>
        <w:t>.</w:t>
      </w:r>
    </w:p>
    <w:p w14:paraId="7816B867" w14:textId="7995394C" w:rsidR="008C4137" w:rsidRPr="00B93844" w:rsidRDefault="00892F29" w:rsidP="009F06B7">
      <w:pPr>
        <w:spacing w:after="100"/>
        <w:jc w:val="both"/>
        <w:rPr>
          <w:rFonts w:asciiTheme="majorHAnsi" w:hAnsiTheme="majorHAnsi" w:cstheme="majorHAnsi"/>
          <w:sz w:val="18"/>
          <w:szCs w:val="18"/>
          <w:lang w:val="es-ES"/>
        </w:rPr>
      </w:pP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-1445303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806" w:rsidRPr="00B93844">
            <w:rPr>
              <w:rFonts w:ascii="Segoe UI Symbol" w:eastAsia="MS Gothic" w:hAnsi="Segoe UI Symbol" w:cs="Segoe UI Symbol"/>
              <w:sz w:val="18"/>
              <w:szCs w:val="18"/>
              <w:lang w:val="es-ES"/>
            </w:rPr>
            <w:t>☐</w:t>
          </w:r>
        </w:sdtContent>
      </w:sdt>
      <w:r w:rsidR="009F06B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Que se compromete a cumplir con toda la normativa nacional y de la Unión Europea </w:t>
      </w:r>
      <w:r w:rsidR="008C4137" w:rsidRPr="00B93844">
        <w:rPr>
          <w:rFonts w:asciiTheme="majorHAnsi" w:hAnsiTheme="majorHAnsi" w:cstheme="majorHAnsi"/>
          <w:sz w:val="18"/>
          <w:szCs w:val="18"/>
          <w:lang w:val="es-ES"/>
        </w:rPr>
        <w:t>que resulte de aplicación (en particular en materia de competencia, contratación y adjudicación de obras y suministros y medio ambiente), y que se compromete a present</w:t>
      </w:r>
      <w:r w:rsidR="00203EB1" w:rsidRPr="00B93844">
        <w:rPr>
          <w:rFonts w:asciiTheme="majorHAnsi" w:hAnsiTheme="majorHAnsi" w:cstheme="majorHAnsi"/>
          <w:sz w:val="18"/>
          <w:szCs w:val="18"/>
          <w:lang w:val="es-ES"/>
        </w:rPr>
        <w:t>a</w:t>
      </w:r>
      <w:r w:rsidR="008C4137" w:rsidRPr="00B93844">
        <w:rPr>
          <w:rFonts w:asciiTheme="majorHAnsi" w:hAnsiTheme="majorHAnsi" w:cstheme="majorHAnsi"/>
          <w:sz w:val="18"/>
          <w:szCs w:val="18"/>
          <w:lang w:val="es-ES"/>
        </w:rPr>
        <w:t>r en el momento de disponer de ellas, todas las licencias, autorizaciones y permisos necesarios para la revocación del equipamiento.</w:t>
      </w:r>
    </w:p>
    <w:p w14:paraId="4CB5A24F" w14:textId="53BD6CF9" w:rsidR="008C388E" w:rsidRPr="00B93844" w:rsidRDefault="00892F29" w:rsidP="009F06B7">
      <w:pPr>
        <w:spacing w:after="100"/>
        <w:jc w:val="both"/>
        <w:rPr>
          <w:rFonts w:asciiTheme="majorHAnsi" w:hAnsiTheme="majorHAnsi" w:cstheme="majorHAnsi"/>
          <w:sz w:val="18"/>
          <w:szCs w:val="18"/>
          <w:lang w:val="es-ES"/>
        </w:rPr>
      </w:pP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534155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806" w:rsidRPr="00B93844">
            <w:rPr>
              <w:rFonts w:ascii="Segoe UI Symbol" w:eastAsia="MS Gothic" w:hAnsi="Segoe UI Symbol" w:cs="Segoe UI Symbol"/>
              <w:sz w:val="18"/>
              <w:szCs w:val="18"/>
              <w:lang w:val="es-ES"/>
            </w:rPr>
            <w:t>☐</w:t>
          </w:r>
        </w:sdtContent>
      </w:sdt>
      <w:r w:rsidR="009F06B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</w:t>
      </w:r>
      <w:r w:rsidR="008C413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Que la entidad solicitante no se encuentra en concurso de acreedores ni ha solicitado la declaración de concurso de acreedores. </w:t>
      </w:r>
    </w:p>
    <w:p w14:paraId="6F209C25" w14:textId="33AA6B7A" w:rsidR="008C388E" w:rsidRPr="00B93844" w:rsidRDefault="00892F29" w:rsidP="009F06B7">
      <w:pPr>
        <w:spacing w:after="100"/>
        <w:jc w:val="both"/>
        <w:rPr>
          <w:rFonts w:asciiTheme="majorHAnsi" w:hAnsiTheme="majorHAnsi" w:cstheme="majorHAnsi"/>
          <w:sz w:val="18"/>
          <w:szCs w:val="18"/>
          <w:lang w:val="es-ES"/>
        </w:rPr>
      </w:pP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-840852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806" w:rsidRPr="00B93844">
            <w:rPr>
              <w:rFonts w:ascii="Segoe UI Symbol" w:eastAsia="MS Gothic" w:hAnsi="Segoe UI Symbol" w:cs="Segoe UI Symbol"/>
              <w:sz w:val="18"/>
              <w:szCs w:val="18"/>
              <w:lang w:val="es-ES"/>
            </w:rPr>
            <w:t>☐</w:t>
          </w:r>
        </w:sdtContent>
      </w:sdt>
      <w:r w:rsidR="009F06B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</w:t>
      </w:r>
      <w:r w:rsidR="008C413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Que el </w:t>
      </w:r>
      <w:r w:rsidR="00203EB1" w:rsidRPr="00B93844">
        <w:rPr>
          <w:rFonts w:asciiTheme="majorHAnsi" w:hAnsiTheme="majorHAnsi" w:cstheme="majorHAnsi"/>
          <w:sz w:val="18"/>
          <w:szCs w:val="18"/>
          <w:lang w:val="es-ES"/>
        </w:rPr>
        <w:t>p</w:t>
      </w:r>
      <w:r w:rsidR="008C413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royecto presentado </w:t>
      </w:r>
      <w:r w:rsidR="0010701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no </w:t>
      </w:r>
      <w:r w:rsidR="008C413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ha recibido cualquier otra financiación pública concurrente parcial o totalmente con los conceptos de gasto imputados. </w:t>
      </w:r>
    </w:p>
    <w:p w14:paraId="5113236A" w14:textId="02C705A0" w:rsidR="008C388E" w:rsidRPr="00B93844" w:rsidRDefault="00892F29" w:rsidP="009F06B7">
      <w:pPr>
        <w:spacing w:after="100"/>
        <w:jc w:val="both"/>
        <w:rPr>
          <w:rFonts w:asciiTheme="majorHAnsi" w:hAnsiTheme="majorHAnsi" w:cstheme="majorHAnsi"/>
          <w:sz w:val="18"/>
          <w:szCs w:val="18"/>
          <w:lang w:val="es-ES"/>
        </w:rPr>
      </w:pP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940730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806" w:rsidRPr="00B93844">
            <w:rPr>
              <w:rFonts w:ascii="Segoe UI Symbol" w:eastAsia="MS Gothic" w:hAnsi="Segoe UI Symbol" w:cs="Segoe UI Symbol"/>
              <w:sz w:val="18"/>
              <w:szCs w:val="18"/>
              <w:lang w:val="es-ES"/>
            </w:rPr>
            <w:t>☐</w:t>
          </w:r>
        </w:sdtContent>
      </w:sdt>
      <w:r w:rsidR="00D14806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</w:t>
      </w:r>
      <w:r w:rsidR="008C413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Que cumple con las condiciones para el acceso a la ayuda. </w:t>
      </w:r>
    </w:p>
    <w:p w14:paraId="6642699B" w14:textId="0317F877" w:rsidR="008C388E" w:rsidRPr="00B93844" w:rsidRDefault="00892F29" w:rsidP="009F06B7">
      <w:pPr>
        <w:spacing w:after="100"/>
        <w:jc w:val="both"/>
        <w:rPr>
          <w:rFonts w:asciiTheme="majorHAnsi" w:hAnsiTheme="majorHAnsi" w:cstheme="majorHAnsi"/>
          <w:sz w:val="18"/>
          <w:szCs w:val="18"/>
          <w:lang w:val="es-ES"/>
        </w:rPr>
      </w:pP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-115446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806" w:rsidRPr="00B93844">
            <w:rPr>
              <w:rFonts w:ascii="Segoe UI Symbol" w:eastAsia="MS Gothic" w:hAnsi="Segoe UI Symbol" w:cs="Segoe UI Symbol"/>
              <w:sz w:val="18"/>
              <w:szCs w:val="18"/>
              <w:lang w:val="es-ES"/>
            </w:rPr>
            <w:t>☐</w:t>
          </w:r>
        </w:sdtContent>
      </w:sdt>
      <w:r w:rsidR="009F06B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</w:t>
      </w:r>
      <w:r w:rsidR="008C4137" w:rsidRPr="00B93844">
        <w:rPr>
          <w:rFonts w:asciiTheme="majorHAnsi" w:hAnsiTheme="majorHAnsi" w:cstheme="majorHAnsi"/>
          <w:sz w:val="18"/>
          <w:szCs w:val="18"/>
          <w:lang w:val="es-ES"/>
        </w:rPr>
        <w:t>Que se dispone de título jurídico válido para realizar la actividad en el establecimiento.</w:t>
      </w:r>
    </w:p>
    <w:p w14:paraId="5EAFD07E" w14:textId="77777777" w:rsidR="003C0F3A" w:rsidRPr="00B44F19" w:rsidRDefault="003C0F3A" w:rsidP="009F06B7">
      <w:pPr>
        <w:spacing w:after="100"/>
        <w:jc w:val="center"/>
        <w:rPr>
          <w:rFonts w:asciiTheme="majorHAnsi" w:hAnsiTheme="majorHAnsi"/>
          <w:b/>
          <w:sz w:val="18"/>
          <w:szCs w:val="18"/>
          <w:lang w:val="es-ES"/>
        </w:rPr>
      </w:pPr>
    </w:p>
    <w:p w14:paraId="04627440" w14:textId="08D6F5CF" w:rsidR="008C388E" w:rsidRPr="00B44F19" w:rsidRDefault="009F06B7" w:rsidP="009F06B7">
      <w:pPr>
        <w:spacing w:after="100"/>
        <w:jc w:val="center"/>
        <w:rPr>
          <w:rFonts w:asciiTheme="majorHAnsi" w:hAnsiTheme="majorHAnsi"/>
          <w:b/>
          <w:sz w:val="18"/>
          <w:szCs w:val="18"/>
          <w:lang w:val="es-ES"/>
        </w:rPr>
      </w:pPr>
      <w:r w:rsidRPr="00B44F19">
        <w:rPr>
          <w:rFonts w:asciiTheme="majorHAnsi" w:hAnsiTheme="majorHAnsi"/>
          <w:b/>
          <w:sz w:val="18"/>
          <w:szCs w:val="18"/>
          <w:lang w:val="es-ES"/>
        </w:rPr>
        <w:t>DECLARACIÓN RESPONSABLE II. MINIMIS</w:t>
      </w:r>
    </w:p>
    <w:p w14:paraId="39A0BCF9" w14:textId="77777777" w:rsidR="00251F9F" w:rsidRPr="00B44F19" w:rsidRDefault="00251F9F" w:rsidP="009F06B7">
      <w:pPr>
        <w:spacing w:after="100"/>
        <w:jc w:val="center"/>
        <w:rPr>
          <w:rFonts w:asciiTheme="majorHAnsi" w:hAnsiTheme="majorHAnsi"/>
          <w:b/>
          <w:sz w:val="18"/>
          <w:szCs w:val="18"/>
          <w:lang w:val="es-ES"/>
        </w:rPr>
      </w:pPr>
    </w:p>
    <w:p w14:paraId="61BB95B1" w14:textId="368980C2" w:rsidR="006A5C86" w:rsidRPr="00B93844" w:rsidRDefault="006A5C86" w:rsidP="006A5C86">
      <w:pPr>
        <w:spacing w:after="100"/>
        <w:rPr>
          <w:rFonts w:asciiTheme="majorHAnsi" w:hAnsiTheme="majorHAnsi" w:cstheme="majorHAnsi"/>
          <w:bCs/>
          <w:sz w:val="18"/>
          <w:szCs w:val="18"/>
          <w:lang w:val="es-ES"/>
        </w:rPr>
      </w:pPr>
      <w:r w:rsidRPr="00B93844">
        <w:rPr>
          <w:rFonts w:asciiTheme="majorHAnsi" w:hAnsiTheme="majorHAnsi" w:cstheme="majorHAnsi"/>
          <w:bCs/>
          <w:sz w:val="18"/>
          <w:szCs w:val="18"/>
          <w:lang w:val="es-ES"/>
        </w:rPr>
        <w:t xml:space="preserve">Don/Dña. </w:t>
      </w:r>
      <w:sdt>
        <w:sdtPr>
          <w:rPr>
            <w:rFonts w:asciiTheme="majorHAnsi" w:hAnsiTheme="majorHAnsi" w:cstheme="majorHAnsi"/>
            <w:bCs/>
            <w:sz w:val="18"/>
            <w:szCs w:val="18"/>
            <w:lang w:val="es-ES"/>
          </w:rPr>
          <w:id w:val="-1292355144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bCs/>
              <w:sz w:val="18"/>
              <w:szCs w:val="18"/>
              <w:lang w:val="es-ES"/>
            </w:rPr>
            <w:t>______________________________________</w:t>
          </w:r>
        </w:sdtContent>
      </w:sdt>
      <w:r w:rsidRPr="00B93844">
        <w:rPr>
          <w:rFonts w:asciiTheme="majorHAnsi" w:hAnsiTheme="majorHAnsi" w:cstheme="majorHAnsi"/>
          <w:bCs/>
          <w:sz w:val="18"/>
          <w:szCs w:val="18"/>
          <w:lang w:val="es-ES"/>
        </w:rPr>
        <w:t xml:space="preserve"> con NIF </w:t>
      </w:r>
      <w:sdt>
        <w:sdtPr>
          <w:rPr>
            <w:rFonts w:asciiTheme="majorHAnsi" w:hAnsiTheme="majorHAnsi" w:cstheme="majorHAnsi"/>
            <w:bCs/>
            <w:sz w:val="18"/>
            <w:szCs w:val="18"/>
            <w:lang w:val="es-ES"/>
          </w:rPr>
          <w:id w:val="1087273659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bCs/>
              <w:sz w:val="18"/>
              <w:szCs w:val="18"/>
              <w:lang w:val="es-ES"/>
            </w:rPr>
            <w:t>__________________</w:t>
          </w:r>
        </w:sdtContent>
      </w:sdt>
      <w:r w:rsidRPr="00B93844">
        <w:rPr>
          <w:rFonts w:asciiTheme="majorHAnsi" w:hAnsiTheme="majorHAnsi" w:cstheme="majorHAnsi"/>
          <w:bCs/>
          <w:sz w:val="18"/>
          <w:szCs w:val="18"/>
          <w:lang w:val="es-ES"/>
        </w:rPr>
        <w:t xml:space="preserve"> actuando como solicitante de la actuación o en representación de la entidad </w:t>
      </w:r>
      <w:sdt>
        <w:sdtPr>
          <w:rPr>
            <w:rFonts w:asciiTheme="majorHAnsi" w:hAnsiTheme="majorHAnsi" w:cstheme="majorHAnsi"/>
            <w:bCs/>
            <w:sz w:val="18"/>
            <w:szCs w:val="18"/>
            <w:lang w:val="es-ES"/>
          </w:rPr>
          <w:id w:val="-2137327285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bCs/>
              <w:sz w:val="18"/>
              <w:szCs w:val="18"/>
              <w:lang w:val="es-ES"/>
            </w:rPr>
            <w:t>___________________________</w:t>
          </w:r>
        </w:sdtContent>
      </w:sdt>
      <w:r w:rsidRPr="00B93844">
        <w:rPr>
          <w:rFonts w:asciiTheme="majorHAnsi" w:hAnsiTheme="majorHAnsi" w:cstheme="majorHAnsi"/>
          <w:bCs/>
          <w:sz w:val="18"/>
          <w:szCs w:val="18"/>
          <w:lang w:val="es-ES"/>
        </w:rPr>
        <w:t xml:space="preserve"> con CIF </w:t>
      </w:r>
      <w:sdt>
        <w:sdtPr>
          <w:rPr>
            <w:rFonts w:asciiTheme="majorHAnsi" w:hAnsiTheme="majorHAnsi" w:cstheme="majorHAnsi"/>
            <w:bCs/>
            <w:sz w:val="18"/>
            <w:szCs w:val="18"/>
            <w:lang w:val="es-ES"/>
          </w:rPr>
          <w:id w:val="-1472590430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bCs/>
              <w:sz w:val="18"/>
              <w:szCs w:val="18"/>
              <w:lang w:val="es-ES"/>
            </w:rPr>
            <w:t>__________________,</w:t>
          </w:r>
        </w:sdtContent>
      </w:sdt>
      <w:r w:rsidRPr="00B93844">
        <w:rPr>
          <w:rFonts w:asciiTheme="majorHAnsi" w:hAnsiTheme="majorHAnsi" w:cstheme="majorHAnsi"/>
          <w:bCs/>
          <w:sz w:val="18"/>
          <w:szCs w:val="18"/>
          <w:lang w:val="es-ES"/>
        </w:rPr>
        <w:t xml:space="preserve"> declara responsablemente: </w:t>
      </w:r>
    </w:p>
    <w:p w14:paraId="12968050" w14:textId="01208A26" w:rsidR="00D14806" w:rsidRPr="00B93844" w:rsidRDefault="00D14806" w:rsidP="009F06B7">
      <w:pPr>
        <w:pStyle w:val="Prrafodelista"/>
        <w:numPr>
          <w:ilvl w:val="0"/>
          <w:numId w:val="10"/>
        </w:numPr>
        <w:spacing w:after="100"/>
        <w:jc w:val="both"/>
        <w:rPr>
          <w:rFonts w:asciiTheme="majorHAnsi" w:hAnsiTheme="majorHAnsi" w:cstheme="majorHAnsi"/>
          <w:bCs/>
          <w:sz w:val="18"/>
          <w:szCs w:val="18"/>
          <w:lang w:val="es-ES"/>
        </w:rPr>
      </w:pPr>
      <w:r w:rsidRPr="00B93844">
        <w:rPr>
          <w:rFonts w:asciiTheme="majorHAnsi" w:hAnsiTheme="majorHAnsi" w:cstheme="majorHAnsi"/>
          <w:bCs/>
          <w:sz w:val="18"/>
          <w:szCs w:val="18"/>
          <w:lang w:val="es-ES"/>
        </w:rPr>
        <w:t>Que cumple la norma de minimis, según lo dispuesto en el Reglamento (UE) Nº 2831/2023 de la Comisión, de 13 de diciembre de 2023 relativo a la aplicación de los artículos 107 y 108 del Tratado de la UE (la ayuda total de minimis concedida a una única empresa no será superior a 300.000 euros, durante cualquier periodo de los tres ejercicios fiscales) en concreto, declaro:</w:t>
      </w:r>
    </w:p>
    <w:p w14:paraId="50126609" w14:textId="5DD3F0E5" w:rsidR="008C388E" w:rsidRPr="00B93844" w:rsidRDefault="00892F29" w:rsidP="009F06B7">
      <w:pPr>
        <w:spacing w:after="100"/>
        <w:rPr>
          <w:rFonts w:asciiTheme="majorHAnsi" w:hAnsiTheme="majorHAnsi" w:cstheme="majorHAnsi"/>
          <w:sz w:val="18"/>
          <w:szCs w:val="18"/>
          <w:lang w:val="es-ES"/>
        </w:rPr>
      </w:pP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-1383090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3AE">
            <w:rPr>
              <w:rFonts w:ascii="MS Gothic" w:eastAsia="MS Gothic" w:hAnsi="MS Gothic" w:cstheme="majorHAnsi" w:hint="eastAsia"/>
              <w:sz w:val="18"/>
              <w:szCs w:val="18"/>
              <w:lang w:val="es-ES"/>
            </w:rPr>
            <w:t>☐</w:t>
          </w:r>
        </w:sdtContent>
      </w:sdt>
      <w:r w:rsidR="009F06B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No haber recibido ni solicitado ayudas de minimis en los tres últimos años.</w:t>
      </w:r>
    </w:p>
    <w:p w14:paraId="6CE1363E" w14:textId="392BC2C3" w:rsidR="008C388E" w:rsidRPr="00B93844" w:rsidRDefault="00892F29" w:rsidP="009F06B7">
      <w:pPr>
        <w:spacing w:after="100"/>
        <w:rPr>
          <w:rFonts w:asciiTheme="majorHAnsi" w:hAnsiTheme="majorHAnsi" w:cstheme="majorHAnsi"/>
          <w:sz w:val="18"/>
          <w:szCs w:val="18"/>
          <w:lang w:val="es-ES"/>
        </w:rPr>
      </w:pP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815837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3AE">
            <w:rPr>
              <w:rFonts w:ascii="MS Gothic" w:eastAsia="MS Gothic" w:hAnsi="MS Gothic" w:cstheme="majorHAnsi" w:hint="eastAsia"/>
              <w:sz w:val="18"/>
              <w:szCs w:val="18"/>
              <w:lang w:val="es-ES"/>
            </w:rPr>
            <w:t>☐</w:t>
          </w:r>
        </w:sdtContent>
      </w:sdt>
      <w:r w:rsidR="009F06B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Haber recibido las siguientes ayudas de minimis en los tres últimos años, de las siguientes Administraciones, organismos o entidades públicas, nacionales o internacionales que asimismo se especifican:</w:t>
      </w:r>
    </w:p>
    <w:bookmarkStart w:id="0" w:name="_Hlk234839401" w:displacedByCustomXml="next"/>
    <w:sdt>
      <w:sdtPr>
        <w:rPr>
          <w:rFonts w:asciiTheme="majorHAnsi" w:hAnsiTheme="majorHAnsi" w:cstheme="majorHAnsi"/>
          <w:b/>
          <w:bCs/>
          <w:sz w:val="18"/>
          <w:szCs w:val="18"/>
          <w:lang w:val="es-ES"/>
        </w:rPr>
        <w:id w:val="1000165987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sdt>
          <w:sdtPr>
            <w:rPr>
              <w:rFonts w:asciiTheme="majorHAnsi" w:hAnsiTheme="majorHAnsi" w:cstheme="majorHAnsi"/>
              <w:b/>
              <w:bCs/>
              <w:sz w:val="18"/>
              <w:szCs w:val="18"/>
              <w:lang w:val="es-ES"/>
            </w:rPr>
            <w:id w:val="-1048143211"/>
            <w:placeholder>
              <w:docPart w:val="DefaultPlaceholder_-1854013440"/>
            </w:placeholder>
          </w:sdtPr>
          <w:sdtEndPr>
            <w:rPr>
              <w:b w:val="0"/>
              <w:bCs w:val="0"/>
            </w:rPr>
          </w:sdtEndPr>
          <w:sdtContent>
            <w:tbl>
              <w:tblPr>
                <w:tblStyle w:val="Tablaconcuadrcula"/>
                <w:tblW w:w="0" w:type="auto"/>
                <w:tblLook w:val="04A0" w:firstRow="1" w:lastRow="0" w:firstColumn="1" w:lastColumn="0" w:noHBand="0" w:noVBand="1"/>
              </w:tblPr>
              <w:tblGrid>
                <w:gridCol w:w="3366"/>
                <w:gridCol w:w="3355"/>
                <w:gridCol w:w="3355"/>
              </w:tblGrid>
              <w:tr w:rsidR="00203EB1" w:rsidRPr="00B93844" w14:paraId="1B18268F" w14:textId="77777777" w:rsidTr="00203EB1">
                <w:tc>
                  <w:tcPr>
                    <w:tcW w:w="3623" w:type="dxa"/>
                  </w:tcPr>
                  <w:p w14:paraId="11EBD336" w14:textId="0BE9A797" w:rsidR="00203EB1" w:rsidRPr="00B93844" w:rsidRDefault="00203EB1">
                    <w:pPr>
                      <w:rPr>
                        <w:rFonts w:asciiTheme="majorHAnsi" w:hAnsiTheme="majorHAnsi" w:cstheme="majorHAnsi"/>
                        <w:b/>
                        <w:bCs/>
                        <w:sz w:val="18"/>
                        <w:szCs w:val="18"/>
                        <w:lang w:val="es-ES"/>
                      </w:rPr>
                    </w:pPr>
                    <w:r w:rsidRPr="00B93844">
                      <w:rPr>
                        <w:rFonts w:asciiTheme="majorHAnsi" w:hAnsiTheme="majorHAnsi" w:cstheme="majorHAnsi"/>
                        <w:b/>
                        <w:bCs/>
                        <w:sz w:val="18"/>
                        <w:szCs w:val="18"/>
                        <w:lang w:val="es-ES"/>
                      </w:rPr>
                      <w:t xml:space="preserve">ENTIDAD CONCEDENTE </w:t>
                    </w:r>
                  </w:p>
                </w:tc>
                <w:tc>
                  <w:tcPr>
                    <w:tcW w:w="3623" w:type="dxa"/>
                  </w:tcPr>
                  <w:p w14:paraId="1F12668E" w14:textId="6C09B2FB" w:rsidR="00203EB1" w:rsidRPr="00B93844" w:rsidRDefault="00203EB1">
                    <w:pPr>
                      <w:rPr>
                        <w:rFonts w:asciiTheme="majorHAnsi" w:hAnsiTheme="majorHAnsi" w:cstheme="majorHAnsi"/>
                        <w:b/>
                        <w:bCs/>
                        <w:sz w:val="18"/>
                        <w:szCs w:val="18"/>
                        <w:lang w:val="es-ES"/>
                      </w:rPr>
                    </w:pPr>
                    <w:r w:rsidRPr="00B93844">
                      <w:rPr>
                        <w:rFonts w:asciiTheme="majorHAnsi" w:hAnsiTheme="majorHAnsi" w:cstheme="majorHAnsi"/>
                        <w:b/>
                        <w:bCs/>
                        <w:sz w:val="18"/>
                        <w:szCs w:val="18"/>
                        <w:lang w:val="es-ES"/>
                      </w:rPr>
                      <w:t>PROGRAMA</w:t>
                    </w:r>
                  </w:p>
                </w:tc>
                <w:tc>
                  <w:tcPr>
                    <w:tcW w:w="3624" w:type="dxa"/>
                  </w:tcPr>
                  <w:p w14:paraId="1FF5284F" w14:textId="50983994" w:rsidR="00203EB1" w:rsidRPr="00B93844" w:rsidRDefault="00203EB1">
                    <w:pPr>
                      <w:rPr>
                        <w:rFonts w:asciiTheme="majorHAnsi" w:hAnsiTheme="majorHAnsi" w:cstheme="majorHAnsi"/>
                        <w:b/>
                        <w:bCs/>
                        <w:sz w:val="18"/>
                        <w:szCs w:val="18"/>
                        <w:lang w:val="es-ES"/>
                      </w:rPr>
                    </w:pPr>
                    <w:r w:rsidRPr="00B93844">
                      <w:rPr>
                        <w:rFonts w:asciiTheme="majorHAnsi" w:hAnsiTheme="majorHAnsi" w:cstheme="majorHAnsi"/>
                        <w:b/>
                        <w:bCs/>
                        <w:sz w:val="18"/>
                        <w:szCs w:val="18"/>
                        <w:lang w:val="es-ES"/>
                      </w:rPr>
                      <w:t>IMPORTE AYUDA CONCEDIDA</w:t>
                    </w:r>
                  </w:p>
                </w:tc>
              </w:tr>
              <w:tr w:rsidR="00203EB1" w:rsidRPr="00B93844" w14:paraId="0D5014CE" w14:textId="77777777" w:rsidTr="00203EB1">
                <w:tc>
                  <w:tcPr>
                    <w:tcW w:w="3623" w:type="dxa"/>
                  </w:tcPr>
                  <w:p w14:paraId="088BF6D9" w14:textId="77777777" w:rsidR="00203EB1" w:rsidRPr="00B93844" w:rsidRDefault="00203EB1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s-ES"/>
                      </w:rPr>
                    </w:pPr>
                  </w:p>
                </w:tc>
                <w:tc>
                  <w:tcPr>
                    <w:tcW w:w="3623" w:type="dxa"/>
                  </w:tcPr>
                  <w:p w14:paraId="7C898D76" w14:textId="77777777" w:rsidR="00203EB1" w:rsidRPr="00B93844" w:rsidRDefault="00203EB1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s-ES"/>
                      </w:rPr>
                    </w:pPr>
                  </w:p>
                </w:tc>
                <w:tc>
                  <w:tcPr>
                    <w:tcW w:w="3624" w:type="dxa"/>
                  </w:tcPr>
                  <w:p w14:paraId="4404F5A2" w14:textId="77777777" w:rsidR="00203EB1" w:rsidRPr="00B93844" w:rsidRDefault="00203EB1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s-ES"/>
                      </w:rPr>
                    </w:pPr>
                  </w:p>
                </w:tc>
              </w:tr>
              <w:tr w:rsidR="00203EB1" w:rsidRPr="00B93844" w14:paraId="6EDD53BB" w14:textId="77777777" w:rsidTr="00203EB1">
                <w:tc>
                  <w:tcPr>
                    <w:tcW w:w="3623" w:type="dxa"/>
                  </w:tcPr>
                  <w:p w14:paraId="543AEB37" w14:textId="77777777" w:rsidR="00203EB1" w:rsidRPr="00B93844" w:rsidRDefault="00203EB1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s-ES"/>
                      </w:rPr>
                    </w:pPr>
                  </w:p>
                </w:tc>
                <w:tc>
                  <w:tcPr>
                    <w:tcW w:w="3623" w:type="dxa"/>
                  </w:tcPr>
                  <w:p w14:paraId="735E88A6" w14:textId="77777777" w:rsidR="00203EB1" w:rsidRPr="00B93844" w:rsidRDefault="00203EB1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s-ES"/>
                      </w:rPr>
                    </w:pPr>
                  </w:p>
                </w:tc>
                <w:tc>
                  <w:tcPr>
                    <w:tcW w:w="3624" w:type="dxa"/>
                  </w:tcPr>
                  <w:p w14:paraId="0CAD492F" w14:textId="77777777" w:rsidR="00203EB1" w:rsidRPr="00B93844" w:rsidRDefault="00203EB1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s-ES"/>
                      </w:rPr>
                    </w:pPr>
                  </w:p>
                </w:tc>
              </w:tr>
              <w:tr w:rsidR="00203EB1" w:rsidRPr="00B93844" w14:paraId="7054B278" w14:textId="77777777" w:rsidTr="00203EB1">
                <w:tc>
                  <w:tcPr>
                    <w:tcW w:w="3623" w:type="dxa"/>
                  </w:tcPr>
                  <w:p w14:paraId="0D88BB73" w14:textId="5EB36698" w:rsidR="006653AE" w:rsidRPr="00B93844" w:rsidRDefault="006653AE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s-ES"/>
                      </w:rPr>
                    </w:pPr>
                  </w:p>
                </w:tc>
                <w:tc>
                  <w:tcPr>
                    <w:tcW w:w="3623" w:type="dxa"/>
                  </w:tcPr>
                  <w:p w14:paraId="518BDE8D" w14:textId="38241299" w:rsidR="006653AE" w:rsidRPr="00B93844" w:rsidRDefault="006653AE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s-ES"/>
                      </w:rPr>
                    </w:pPr>
                  </w:p>
                </w:tc>
                <w:tc>
                  <w:tcPr>
                    <w:tcW w:w="3624" w:type="dxa"/>
                  </w:tcPr>
                  <w:p w14:paraId="7DE5B4C4" w14:textId="68512447" w:rsidR="00203EB1" w:rsidRPr="00B93844" w:rsidRDefault="00892F29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s-ES"/>
                      </w:rPr>
                    </w:pPr>
                  </w:p>
                </w:tc>
              </w:tr>
            </w:tbl>
          </w:sdtContent>
        </w:sdt>
      </w:sdtContent>
    </w:sdt>
    <w:bookmarkEnd w:id="0"/>
    <w:p w14:paraId="24E464EA" w14:textId="1DF5FBB8" w:rsidR="00203EB1" w:rsidRPr="00B93844" w:rsidRDefault="00892F29" w:rsidP="009F06B7">
      <w:pPr>
        <w:rPr>
          <w:rFonts w:asciiTheme="majorHAnsi" w:hAnsiTheme="majorHAnsi" w:cstheme="majorHAnsi"/>
          <w:sz w:val="18"/>
          <w:szCs w:val="18"/>
          <w:lang w:val="es-ES"/>
        </w:rPr>
      </w:pP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158957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6B7" w:rsidRPr="00B93844">
            <w:rPr>
              <w:rFonts w:ascii="Segoe UI Symbol" w:eastAsia="MS Gothic" w:hAnsi="Segoe UI Symbol" w:cs="Segoe UI Symbol"/>
              <w:sz w:val="18"/>
              <w:szCs w:val="18"/>
              <w:lang w:val="es-ES"/>
            </w:rPr>
            <w:t>☐</w:t>
          </w:r>
        </w:sdtContent>
      </w:sdt>
      <w:r w:rsidR="009F06B7"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Haber solicitado las siguientes ayudas de minimis no teniendo concedidas en la fecha de la firma de esta declaración, las siguientes subvenciones o ayudas bajo régimen de minimis:</w:t>
      </w:r>
    </w:p>
    <w:sdt>
      <w:sdtPr>
        <w:rPr>
          <w:rFonts w:asciiTheme="majorHAnsi" w:hAnsiTheme="majorHAnsi" w:cstheme="majorHAnsi"/>
          <w:b/>
          <w:bCs/>
          <w:sz w:val="18"/>
          <w:szCs w:val="18"/>
          <w:lang w:val="es-ES"/>
        </w:rPr>
        <w:id w:val="-670258241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tbl>
          <w:tblPr>
            <w:tblStyle w:val="Tablaconcuadrcula"/>
            <w:tblW w:w="0" w:type="auto"/>
            <w:tblLook w:val="04A0" w:firstRow="1" w:lastRow="0" w:firstColumn="1" w:lastColumn="0" w:noHBand="0" w:noVBand="1"/>
          </w:tblPr>
          <w:tblGrid>
            <w:gridCol w:w="3367"/>
            <w:gridCol w:w="3355"/>
            <w:gridCol w:w="3354"/>
          </w:tblGrid>
          <w:tr w:rsidR="00203EB1" w:rsidRPr="00B93844" w14:paraId="5AB55C33" w14:textId="77777777" w:rsidTr="007F6810">
            <w:tc>
              <w:tcPr>
                <w:tcW w:w="3623" w:type="dxa"/>
              </w:tcPr>
              <w:p w14:paraId="5C17CFB3" w14:textId="24304CFF" w:rsidR="00203EB1" w:rsidRPr="00B93844" w:rsidRDefault="00203EB1" w:rsidP="007F6810">
                <w:pPr>
                  <w:rPr>
                    <w:rFonts w:asciiTheme="majorHAnsi" w:hAnsiTheme="majorHAnsi" w:cstheme="majorHAnsi"/>
                    <w:b/>
                    <w:bCs/>
                    <w:sz w:val="18"/>
                    <w:szCs w:val="18"/>
                    <w:lang w:val="es-ES"/>
                  </w:rPr>
                </w:pPr>
                <w:r w:rsidRPr="00B93844">
                  <w:rPr>
                    <w:rFonts w:asciiTheme="majorHAnsi" w:hAnsiTheme="majorHAnsi" w:cstheme="majorHAnsi"/>
                    <w:b/>
                    <w:bCs/>
                    <w:sz w:val="18"/>
                    <w:szCs w:val="18"/>
                    <w:lang w:val="es-ES"/>
                  </w:rPr>
                  <w:t xml:space="preserve">ENTIDAD CONCEDENTE </w:t>
                </w:r>
              </w:p>
            </w:tc>
            <w:tc>
              <w:tcPr>
                <w:tcW w:w="3623" w:type="dxa"/>
              </w:tcPr>
              <w:p w14:paraId="1887EEEE" w14:textId="77777777" w:rsidR="00203EB1" w:rsidRPr="00B93844" w:rsidRDefault="00203EB1" w:rsidP="007F6810">
                <w:pPr>
                  <w:rPr>
                    <w:rFonts w:asciiTheme="majorHAnsi" w:hAnsiTheme="majorHAnsi" w:cstheme="majorHAnsi"/>
                    <w:b/>
                    <w:bCs/>
                    <w:sz w:val="18"/>
                    <w:szCs w:val="18"/>
                    <w:lang w:val="es-ES"/>
                  </w:rPr>
                </w:pPr>
                <w:r w:rsidRPr="00B93844">
                  <w:rPr>
                    <w:rFonts w:asciiTheme="majorHAnsi" w:hAnsiTheme="majorHAnsi" w:cstheme="majorHAnsi"/>
                    <w:b/>
                    <w:bCs/>
                    <w:sz w:val="18"/>
                    <w:szCs w:val="18"/>
                    <w:lang w:val="es-ES"/>
                  </w:rPr>
                  <w:t>PROGRAMA</w:t>
                </w:r>
              </w:p>
            </w:tc>
            <w:tc>
              <w:tcPr>
                <w:tcW w:w="3624" w:type="dxa"/>
              </w:tcPr>
              <w:p w14:paraId="31E5DF54" w14:textId="62A40C9C" w:rsidR="00203EB1" w:rsidRPr="00B93844" w:rsidRDefault="00203EB1" w:rsidP="007F6810">
                <w:pPr>
                  <w:rPr>
                    <w:rFonts w:asciiTheme="majorHAnsi" w:hAnsiTheme="majorHAnsi" w:cstheme="majorHAnsi"/>
                    <w:b/>
                    <w:bCs/>
                    <w:sz w:val="18"/>
                    <w:szCs w:val="18"/>
                    <w:lang w:val="es-ES"/>
                  </w:rPr>
                </w:pPr>
                <w:r w:rsidRPr="00B93844">
                  <w:rPr>
                    <w:rFonts w:asciiTheme="majorHAnsi" w:hAnsiTheme="majorHAnsi" w:cstheme="majorHAnsi"/>
                    <w:b/>
                    <w:bCs/>
                    <w:sz w:val="18"/>
                    <w:szCs w:val="18"/>
                    <w:lang w:val="es-ES"/>
                  </w:rPr>
                  <w:t xml:space="preserve">IMPORTE AYUDA </w:t>
                </w:r>
                <w:r w:rsidR="00F23BB8" w:rsidRPr="00B93844">
                  <w:rPr>
                    <w:rFonts w:asciiTheme="majorHAnsi" w:hAnsiTheme="majorHAnsi" w:cstheme="majorHAnsi"/>
                    <w:b/>
                    <w:bCs/>
                    <w:sz w:val="18"/>
                    <w:szCs w:val="18"/>
                    <w:lang w:val="es-ES"/>
                  </w:rPr>
                  <w:t>SOLICITADA</w:t>
                </w:r>
              </w:p>
            </w:tc>
          </w:tr>
          <w:tr w:rsidR="00203EB1" w:rsidRPr="00B93844" w14:paraId="509D23F8" w14:textId="77777777" w:rsidTr="007F6810">
            <w:tc>
              <w:tcPr>
                <w:tcW w:w="3623" w:type="dxa"/>
              </w:tcPr>
              <w:p w14:paraId="7A9F03B0" w14:textId="77777777" w:rsidR="00203EB1" w:rsidRPr="00B93844" w:rsidRDefault="00203EB1" w:rsidP="007F6810">
                <w:pPr>
                  <w:rPr>
                    <w:rFonts w:asciiTheme="majorHAnsi" w:hAnsiTheme="majorHAnsi" w:cstheme="majorHAnsi"/>
                    <w:sz w:val="18"/>
                    <w:szCs w:val="18"/>
                    <w:lang w:val="es-ES"/>
                  </w:rPr>
                </w:pPr>
              </w:p>
            </w:tc>
            <w:tc>
              <w:tcPr>
                <w:tcW w:w="3623" w:type="dxa"/>
              </w:tcPr>
              <w:p w14:paraId="415D7E1C" w14:textId="77777777" w:rsidR="00203EB1" w:rsidRPr="00B93844" w:rsidRDefault="00203EB1" w:rsidP="007F6810">
                <w:pPr>
                  <w:rPr>
                    <w:rFonts w:asciiTheme="majorHAnsi" w:hAnsiTheme="majorHAnsi" w:cstheme="majorHAnsi"/>
                    <w:sz w:val="18"/>
                    <w:szCs w:val="18"/>
                    <w:lang w:val="es-ES"/>
                  </w:rPr>
                </w:pPr>
              </w:p>
            </w:tc>
            <w:tc>
              <w:tcPr>
                <w:tcW w:w="3624" w:type="dxa"/>
              </w:tcPr>
              <w:p w14:paraId="3ABBC5B9" w14:textId="77777777" w:rsidR="00203EB1" w:rsidRPr="00B93844" w:rsidRDefault="00203EB1" w:rsidP="007F6810">
                <w:pPr>
                  <w:rPr>
                    <w:rFonts w:asciiTheme="majorHAnsi" w:hAnsiTheme="majorHAnsi" w:cstheme="majorHAnsi"/>
                    <w:sz w:val="18"/>
                    <w:szCs w:val="18"/>
                    <w:lang w:val="es-ES"/>
                  </w:rPr>
                </w:pPr>
              </w:p>
            </w:tc>
          </w:tr>
          <w:tr w:rsidR="00203EB1" w:rsidRPr="00B93844" w14:paraId="4AFEB920" w14:textId="77777777" w:rsidTr="007F6810">
            <w:tc>
              <w:tcPr>
                <w:tcW w:w="3623" w:type="dxa"/>
              </w:tcPr>
              <w:p w14:paraId="3779D229" w14:textId="77777777" w:rsidR="00203EB1" w:rsidRPr="00B93844" w:rsidRDefault="00203EB1" w:rsidP="007F6810">
                <w:pPr>
                  <w:rPr>
                    <w:rFonts w:asciiTheme="majorHAnsi" w:hAnsiTheme="majorHAnsi" w:cstheme="majorHAnsi"/>
                    <w:sz w:val="18"/>
                    <w:szCs w:val="18"/>
                    <w:lang w:val="es-ES"/>
                  </w:rPr>
                </w:pPr>
              </w:p>
            </w:tc>
            <w:tc>
              <w:tcPr>
                <w:tcW w:w="3623" w:type="dxa"/>
              </w:tcPr>
              <w:p w14:paraId="57804C67" w14:textId="77777777" w:rsidR="00203EB1" w:rsidRPr="00B93844" w:rsidRDefault="00203EB1" w:rsidP="007F6810">
                <w:pPr>
                  <w:rPr>
                    <w:rFonts w:asciiTheme="majorHAnsi" w:hAnsiTheme="majorHAnsi" w:cstheme="majorHAnsi"/>
                    <w:sz w:val="18"/>
                    <w:szCs w:val="18"/>
                    <w:lang w:val="es-ES"/>
                  </w:rPr>
                </w:pPr>
              </w:p>
            </w:tc>
            <w:tc>
              <w:tcPr>
                <w:tcW w:w="3624" w:type="dxa"/>
              </w:tcPr>
              <w:p w14:paraId="6FFFFFA1" w14:textId="77777777" w:rsidR="00203EB1" w:rsidRPr="00B93844" w:rsidRDefault="00203EB1" w:rsidP="007F6810">
                <w:pPr>
                  <w:rPr>
                    <w:rFonts w:asciiTheme="majorHAnsi" w:hAnsiTheme="majorHAnsi" w:cstheme="majorHAnsi"/>
                    <w:sz w:val="18"/>
                    <w:szCs w:val="18"/>
                    <w:lang w:val="es-ES"/>
                  </w:rPr>
                </w:pPr>
              </w:p>
            </w:tc>
          </w:tr>
          <w:tr w:rsidR="00203EB1" w:rsidRPr="00B93844" w14:paraId="21B04A95" w14:textId="77777777" w:rsidTr="007F6810">
            <w:tc>
              <w:tcPr>
                <w:tcW w:w="3623" w:type="dxa"/>
              </w:tcPr>
              <w:p w14:paraId="2910E15C" w14:textId="77777777" w:rsidR="00203EB1" w:rsidRPr="00B93844" w:rsidRDefault="00203EB1" w:rsidP="007F6810">
                <w:pPr>
                  <w:rPr>
                    <w:rFonts w:asciiTheme="majorHAnsi" w:hAnsiTheme="majorHAnsi" w:cstheme="majorHAnsi"/>
                    <w:sz w:val="18"/>
                    <w:szCs w:val="18"/>
                    <w:lang w:val="es-ES"/>
                  </w:rPr>
                </w:pPr>
              </w:p>
            </w:tc>
            <w:tc>
              <w:tcPr>
                <w:tcW w:w="3623" w:type="dxa"/>
              </w:tcPr>
              <w:p w14:paraId="07A24D02" w14:textId="77777777" w:rsidR="00203EB1" w:rsidRPr="00B93844" w:rsidRDefault="00203EB1" w:rsidP="007F6810">
                <w:pPr>
                  <w:rPr>
                    <w:rFonts w:asciiTheme="majorHAnsi" w:hAnsiTheme="majorHAnsi" w:cstheme="majorHAnsi"/>
                    <w:sz w:val="18"/>
                    <w:szCs w:val="18"/>
                    <w:lang w:val="es-ES"/>
                  </w:rPr>
                </w:pPr>
              </w:p>
            </w:tc>
            <w:tc>
              <w:tcPr>
                <w:tcW w:w="3624" w:type="dxa"/>
              </w:tcPr>
              <w:p w14:paraId="7870FD3F" w14:textId="59D13401" w:rsidR="00203EB1" w:rsidRPr="00B93844" w:rsidRDefault="00892F29" w:rsidP="007F6810">
                <w:pPr>
                  <w:rPr>
                    <w:rFonts w:asciiTheme="majorHAnsi" w:hAnsiTheme="majorHAnsi" w:cstheme="majorHAnsi"/>
                    <w:sz w:val="18"/>
                    <w:szCs w:val="18"/>
                    <w:lang w:val="es-ES"/>
                  </w:rPr>
                </w:pPr>
              </w:p>
            </w:tc>
          </w:tr>
        </w:tbl>
      </w:sdtContent>
    </w:sdt>
    <w:p w14:paraId="476CB40B" w14:textId="77777777" w:rsidR="00203EB1" w:rsidRPr="00B93844" w:rsidRDefault="00203EB1">
      <w:pPr>
        <w:rPr>
          <w:rFonts w:asciiTheme="majorHAnsi" w:hAnsiTheme="majorHAnsi" w:cstheme="majorHAnsi"/>
          <w:sz w:val="18"/>
          <w:szCs w:val="18"/>
          <w:lang w:val="es-ES"/>
        </w:rPr>
      </w:pPr>
    </w:p>
    <w:p w14:paraId="09F1E5F6" w14:textId="4A849B88" w:rsidR="008C388E" w:rsidRPr="00B93844" w:rsidRDefault="009F06B7" w:rsidP="009F06B7">
      <w:pPr>
        <w:pStyle w:val="Prrafodelista"/>
        <w:numPr>
          <w:ilvl w:val="0"/>
          <w:numId w:val="10"/>
        </w:numPr>
        <w:spacing w:after="100"/>
        <w:jc w:val="both"/>
        <w:rPr>
          <w:rFonts w:asciiTheme="majorHAnsi" w:hAnsiTheme="majorHAnsi" w:cstheme="majorHAnsi"/>
          <w:sz w:val="18"/>
          <w:szCs w:val="18"/>
          <w:lang w:val="es-ES"/>
        </w:rPr>
      </w:pPr>
      <w:r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Que se compromete a comunicar fehacientemente de inmediato, en cuanto se tenga conocimiento de tal circunstancia, el cobro de cualquier otra subvención o ayuda pública, bajo el régimen de minimis, que pueda suceder en fecha posterior a la de firma de esta declaración y previamente al posible cobro de la ayuda solicitada en el contexto del presente </w:t>
      </w:r>
      <w:r w:rsidR="00BC53CC" w:rsidRPr="00B93844">
        <w:rPr>
          <w:rFonts w:asciiTheme="majorHAnsi" w:hAnsiTheme="majorHAnsi" w:cstheme="majorHAnsi"/>
          <w:sz w:val="18"/>
          <w:szCs w:val="18"/>
          <w:lang w:val="es-ES"/>
        </w:rPr>
        <w:t>Programa de ayudas.</w:t>
      </w:r>
    </w:p>
    <w:p w14:paraId="6DD3ADB6" w14:textId="6CBC0DB5" w:rsidR="00935781" w:rsidRPr="00B93844" w:rsidRDefault="00935781" w:rsidP="00F23BB8">
      <w:pPr>
        <w:pStyle w:val="Prrafodelista"/>
        <w:spacing w:after="100"/>
        <w:jc w:val="both"/>
        <w:rPr>
          <w:rFonts w:asciiTheme="majorHAnsi" w:hAnsiTheme="majorHAnsi" w:cstheme="majorHAnsi"/>
          <w:sz w:val="18"/>
          <w:szCs w:val="18"/>
          <w:lang w:val="es-ES"/>
        </w:rPr>
      </w:pPr>
    </w:p>
    <w:p w14:paraId="6A80B605" w14:textId="77777777" w:rsidR="008468AA" w:rsidRDefault="00935781" w:rsidP="008468AA">
      <w:pPr>
        <w:pStyle w:val="Prrafodelista"/>
        <w:spacing w:after="100"/>
        <w:jc w:val="center"/>
        <w:rPr>
          <w:rFonts w:asciiTheme="majorHAnsi" w:hAnsiTheme="majorHAnsi" w:cstheme="majorHAnsi"/>
          <w:sz w:val="18"/>
          <w:szCs w:val="18"/>
          <w:lang w:val="es-ES"/>
        </w:rPr>
      </w:pPr>
      <w:r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En </w:t>
      </w: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-856656038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sz w:val="18"/>
              <w:szCs w:val="18"/>
              <w:lang w:val="es-ES"/>
            </w:rPr>
            <w:t>………………………………</w:t>
          </w:r>
        </w:sdtContent>
      </w:sdt>
      <w:r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a </w:t>
      </w: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282935664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sz w:val="18"/>
              <w:szCs w:val="18"/>
              <w:lang w:val="es-ES"/>
            </w:rPr>
            <w:t>…</w:t>
          </w:r>
        </w:sdtContent>
      </w:sdt>
      <w:r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de </w:t>
      </w: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-1335137222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sz w:val="18"/>
              <w:szCs w:val="18"/>
              <w:lang w:val="es-ES"/>
            </w:rPr>
            <w:t>……………………</w:t>
          </w:r>
        </w:sdtContent>
      </w:sdt>
      <w:r w:rsidRPr="00B93844">
        <w:rPr>
          <w:rFonts w:asciiTheme="majorHAnsi" w:hAnsiTheme="majorHAnsi" w:cstheme="majorHAnsi"/>
          <w:sz w:val="18"/>
          <w:szCs w:val="18"/>
          <w:lang w:val="es-ES"/>
        </w:rPr>
        <w:t xml:space="preserve"> de </w:t>
      </w:r>
      <w:sdt>
        <w:sdtPr>
          <w:rPr>
            <w:rFonts w:asciiTheme="majorHAnsi" w:hAnsiTheme="majorHAnsi" w:cstheme="majorHAnsi"/>
            <w:sz w:val="18"/>
            <w:szCs w:val="18"/>
            <w:lang w:val="es-ES"/>
          </w:rPr>
          <w:id w:val="-1598085392"/>
          <w:placeholder>
            <w:docPart w:val="DefaultPlaceholder_-1854013440"/>
          </w:placeholder>
        </w:sdtPr>
        <w:sdtEndPr/>
        <w:sdtContent>
          <w:r w:rsidRPr="00B93844">
            <w:rPr>
              <w:rFonts w:asciiTheme="majorHAnsi" w:hAnsiTheme="majorHAnsi" w:cstheme="majorHAnsi"/>
              <w:sz w:val="18"/>
              <w:szCs w:val="18"/>
              <w:lang w:val="es-ES"/>
            </w:rPr>
            <w:t>…………</w:t>
          </w:r>
        </w:sdtContent>
      </w:sdt>
    </w:p>
    <w:p w14:paraId="0566DCDB" w14:textId="015D11CE" w:rsidR="00935781" w:rsidRPr="008468AA" w:rsidRDefault="00935781" w:rsidP="008468AA">
      <w:pPr>
        <w:pStyle w:val="Prrafodelista"/>
        <w:spacing w:after="100"/>
        <w:jc w:val="center"/>
        <w:rPr>
          <w:rFonts w:asciiTheme="majorHAnsi" w:hAnsiTheme="majorHAnsi" w:cstheme="majorHAnsi"/>
          <w:sz w:val="16"/>
          <w:szCs w:val="16"/>
          <w:lang w:val="es-ES"/>
        </w:rPr>
      </w:pPr>
      <w:r w:rsidRPr="008468AA">
        <w:rPr>
          <w:rFonts w:asciiTheme="majorHAnsi" w:hAnsiTheme="majorHAnsi" w:cstheme="majorHAnsi"/>
          <w:sz w:val="16"/>
          <w:szCs w:val="16"/>
          <w:lang w:val="es-ES"/>
        </w:rPr>
        <w:t>(Firma del solicitante o representante de la entidad solicitante)</w:t>
      </w:r>
    </w:p>
    <w:sectPr w:rsidR="00935781" w:rsidRPr="008468AA" w:rsidSect="00B93844">
      <w:headerReference w:type="default" r:id="rId8"/>
      <w:pgSz w:w="12240" w:h="15840"/>
      <w:pgMar w:top="1077" w:right="1077" w:bottom="1440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C1CE5" w14:textId="77777777" w:rsidR="00892F29" w:rsidRDefault="00892F29" w:rsidP="008468AA">
      <w:pPr>
        <w:spacing w:after="0" w:line="240" w:lineRule="auto"/>
      </w:pPr>
      <w:r>
        <w:separator/>
      </w:r>
    </w:p>
  </w:endnote>
  <w:endnote w:type="continuationSeparator" w:id="0">
    <w:p w14:paraId="0DB62969" w14:textId="77777777" w:rsidR="00892F29" w:rsidRDefault="00892F29" w:rsidP="0084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F0BC2" w14:textId="77777777" w:rsidR="00892F29" w:rsidRDefault="00892F29" w:rsidP="008468AA">
      <w:pPr>
        <w:spacing w:after="0" w:line="240" w:lineRule="auto"/>
      </w:pPr>
      <w:r>
        <w:separator/>
      </w:r>
    </w:p>
  </w:footnote>
  <w:footnote w:type="continuationSeparator" w:id="0">
    <w:p w14:paraId="0AAEC864" w14:textId="77777777" w:rsidR="00892F29" w:rsidRDefault="00892F29" w:rsidP="00846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44F8" w14:textId="04613E78" w:rsidR="008468AA" w:rsidRPr="008468AA" w:rsidRDefault="008468AA" w:rsidP="008468AA">
    <w:pPr>
      <w:tabs>
        <w:tab w:val="center" w:pos="4252"/>
        <w:tab w:val="right" w:pos="8504"/>
      </w:tabs>
      <w:spacing w:after="0" w:line="240" w:lineRule="exact"/>
      <w:ind w:firstLine="1276"/>
      <w:rPr>
        <w:rFonts w:ascii="Gill Sans MT" w:eastAsia="Calibri" w:hAnsi="Gill Sans MT" w:cs="Times New Roman"/>
        <w:kern w:val="18"/>
        <w:sz w:val="18"/>
        <w:szCs w:val="18"/>
        <w:lang w:val="es-ES"/>
      </w:rPr>
    </w:pPr>
    <w:r w:rsidRPr="008468AA">
      <w:rPr>
        <w:rFonts w:ascii="Calibri" w:eastAsia="Calibri" w:hAnsi="Calibri" w:cs="Times New Roman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BD7F39" wp14:editId="7EA83838">
              <wp:simplePos x="0" y="0"/>
              <wp:positionH relativeFrom="page">
                <wp:posOffset>4778375</wp:posOffset>
              </wp:positionH>
              <wp:positionV relativeFrom="paragraph">
                <wp:posOffset>151130</wp:posOffset>
              </wp:positionV>
              <wp:extent cx="2254885" cy="280035"/>
              <wp:effectExtent l="0" t="0" r="0" b="5715"/>
              <wp:wrapNone/>
              <wp:docPr id="1263605734" name="Rectángulo 12636057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54885" cy="280035"/>
                      </a:xfrm>
                      <a:prstGeom prst="rect">
                        <a:avLst/>
                      </a:prstGeom>
                      <a:solidFill>
                        <a:srgbClr val="E7E6E6">
                          <a:lumMod val="50000"/>
                          <a:alpha val="12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Style w:val="OrganismoGris"/>
                            </w:rPr>
                            <w:alias w:val="Denominación organismo de segundo nivel"/>
                            <w:tag w:val="Denominación organismo de segundo nivel"/>
                            <w:id w:val="2024357636"/>
                          </w:sdtPr>
                          <w:sdtEndPr>
                            <w:rPr>
                              <w:rStyle w:val="OrganismoGris"/>
                            </w:rPr>
                          </w:sdtEndPr>
                          <w:sdtContent>
                            <w:p w14:paraId="0FC2B162" w14:textId="77777777" w:rsidR="008468AA" w:rsidRPr="00491E3B" w:rsidRDefault="008468AA" w:rsidP="008468AA">
                              <w:pPr>
                                <w:spacing w:after="0"/>
                                <w:ind w:right="188"/>
                                <w:rPr>
                                  <w:rStyle w:val="OrganismoGris"/>
                                </w:rPr>
                              </w:pPr>
                              <w:r>
                                <w:rPr>
                                  <w:rStyle w:val="OrganismoGris"/>
                                </w:rPr>
                                <w:t>DIRECCIÓN GENERAL de políticas turísticas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BD7F39" id="Rectángulo 1263605734" o:spid="_x0000_s1026" style="position:absolute;left:0;text-align:left;margin-left:376.25pt;margin-top:11.9pt;width:177.55pt;height:22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" fillcolor="#767171" stroked="f" strokeweight="1pt">
              <v:fill opacity="7967f"/>
              <v:textbox inset="2mm,2mm,2mm,2mm">
                <w:txbxContent>
                  <w:sdt>
                    <w:sdtPr>
                      <w:rPr>
                        <w:rStyle w:val="OrganismoGris"/>
                      </w:rPr>
                      <w:alias w:val="Denominación organismo de segundo nivel"/>
                      <w:tag w:val="Denominación organismo de segundo nivel"/>
                      <w:id w:val="2024357636"/>
                    </w:sdtPr>
                    <w:sdtContent>
                      <w:p w14:paraId="0FC2B162" w14:textId="77777777" w:rsidR="008468AA" w:rsidRPr="00491E3B" w:rsidRDefault="008468AA" w:rsidP="008468AA">
                        <w:pPr>
                          <w:spacing w:after="0"/>
                          <w:ind w:right="188"/>
                          <w:rPr>
                            <w:rStyle w:val="OrganismoGris"/>
                          </w:rPr>
                        </w:pPr>
                        <w:r>
                          <w:rPr>
                            <w:rStyle w:val="OrganismoGris"/>
                          </w:rPr>
                          <w:t>DIRECCIÓN GENERAL de políticas turísticas</w:t>
                        </w:r>
                      </w:p>
                    </w:sdtContent>
                  </w:sdt>
                </w:txbxContent>
              </v:textbox>
              <w10:wrap anchorx="page"/>
            </v:rect>
          </w:pict>
        </mc:Fallback>
      </mc:AlternateContent>
    </w:r>
    <w:r w:rsidRPr="008468AA">
      <w:rPr>
        <w:rFonts w:ascii="Calibri" w:eastAsia="Calibri" w:hAnsi="Calibri" w:cs="Times New Roman"/>
        <w:noProof/>
        <w:sz w:val="24"/>
        <w:szCs w:val="24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F1D368" wp14:editId="76CA561D">
              <wp:simplePos x="0" y="0"/>
              <wp:positionH relativeFrom="page">
                <wp:posOffset>4779645</wp:posOffset>
              </wp:positionH>
              <wp:positionV relativeFrom="paragraph">
                <wp:posOffset>-119380</wp:posOffset>
              </wp:positionV>
              <wp:extent cx="2254275" cy="280657"/>
              <wp:effectExtent l="0" t="0" r="0" b="5715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54275" cy="280657"/>
                      </a:xfrm>
                      <a:prstGeom prst="rect">
                        <a:avLst/>
                      </a:prstGeom>
                      <a:solidFill>
                        <a:srgbClr val="000000">
                          <a:alpha val="12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Style w:val="OrganismoGris"/>
                            </w:rPr>
                            <w:alias w:val="Denominación organismo de segundo nivel"/>
                            <w:tag w:val="Denominación organismo de segundo nivel"/>
                            <w:id w:val="-622765346"/>
                          </w:sdtPr>
                          <w:sdtEndPr>
                            <w:rPr>
                              <w:rStyle w:val="OrganismoGris"/>
                            </w:rPr>
                          </w:sdtEndPr>
                          <w:sdtContent>
                            <w:p w14:paraId="47AE9624" w14:textId="77777777" w:rsidR="008468AA" w:rsidRPr="00491E3B" w:rsidRDefault="008468AA" w:rsidP="008468AA">
                              <w:pPr>
                                <w:spacing w:after="0"/>
                                <w:ind w:right="188"/>
                                <w:rPr>
                                  <w:rStyle w:val="OrganismoGris"/>
                                </w:rPr>
                              </w:pPr>
                              <w:r>
                                <w:rPr>
                                  <w:rStyle w:val="OrganismoGris"/>
                                </w:rPr>
                                <w:t>SECRETARÍA DE ESTADO DE TURISMO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F1D368" id="Rectángulo 4" o:spid="_x0000_s1027" style="position:absolute;left:0;text-align:left;margin-left:376.35pt;margin-top:-9.4pt;width:177.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" fillcolor="black" stroked="f" strokeweight="1pt">
              <v:fill opacity="7967f"/>
              <v:textbox inset="2mm,2mm,2mm,2mm">
                <w:txbxContent>
                  <w:sdt>
                    <w:sdtPr>
                      <w:rPr>
                        <w:rStyle w:val="OrganismoGris"/>
                      </w:rPr>
                      <w:alias w:val="Denominación organismo de segundo nivel"/>
                      <w:tag w:val="Denominación organismo de segundo nivel"/>
                      <w:id w:val="-622765346"/>
                    </w:sdtPr>
                    <w:sdtContent>
                      <w:p w14:paraId="47AE9624" w14:textId="77777777" w:rsidR="008468AA" w:rsidRPr="00491E3B" w:rsidRDefault="008468AA" w:rsidP="008468AA">
                        <w:pPr>
                          <w:spacing w:after="0"/>
                          <w:ind w:right="188"/>
                          <w:rPr>
                            <w:rStyle w:val="OrganismoGris"/>
                          </w:rPr>
                        </w:pPr>
                        <w:r>
                          <w:rPr>
                            <w:rStyle w:val="OrganismoGris"/>
                          </w:rPr>
                          <w:t>SECRETARÍA DE ESTADO DE TURISMO</w:t>
                        </w:r>
                      </w:p>
                    </w:sdtContent>
                  </w:sdt>
                </w:txbxContent>
              </v:textbox>
              <w10:wrap anchorx="page"/>
            </v:rect>
          </w:pict>
        </mc:Fallback>
      </mc:AlternateContent>
    </w:r>
    <w:r w:rsidR="00892F29">
      <w:rPr>
        <w:rFonts w:ascii="Calibri" w:eastAsia="Calibri" w:hAnsi="Calibri" w:cs="Times New Roman"/>
        <w:noProof/>
        <w:sz w:val="20"/>
        <w:szCs w:val="20"/>
        <w:lang w:val="es-ES" w:eastAsia="es-ES"/>
      </w:rPr>
      <w:pict w14:anchorId="3EA365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12.55pt;margin-top:-12.2pt;width:47.65pt;height:51.2pt;z-index:251658240;mso-position-horizontal-relative:text;mso-position-vertical-relative:text" fillcolor="window">
          <v:imagedata r:id="rId1" o:title=""/>
        </v:shape>
      </w:pict>
    </w:r>
    <w:r w:rsidRPr="008468AA">
      <w:rPr>
        <w:rFonts w:ascii="Gill Sans MT" w:eastAsia="Calibri" w:hAnsi="Gill Sans MT" w:cs="Times New Roman"/>
        <w:kern w:val="18"/>
        <w:sz w:val="18"/>
        <w:szCs w:val="18"/>
        <w:lang w:val="es-ES"/>
      </w:rPr>
      <w:t>MINISTERIO</w:t>
    </w:r>
  </w:p>
  <w:p w14:paraId="767188BA" w14:textId="4108A9A7" w:rsidR="008468AA" w:rsidRPr="008468AA" w:rsidRDefault="008468AA" w:rsidP="008468AA">
    <w:pPr>
      <w:tabs>
        <w:tab w:val="center" w:pos="4252"/>
        <w:tab w:val="right" w:pos="8504"/>
      </w:tabs>
      <w:spacing w:after="0" w:line="240" w:lineRule="exact"/>
      <w:ind w:left="1276"/>
      <w:rPr>
        <w:rFonts w:ascii="Gill Sans MT" w:eastAsia="Calibri" w:hAnsi="Gill Sans MT" w:cs="Times New Roman"/>
        <w:kern w:val="18"/>
        <w:sz w:val="18"/>
        <w:szCs w:val="18"/>
        <w:lang w:val="es-ES"/>
      </w:rPr>
    </w:pPr>
    <w:r w:rsidRPr="008468AA">
      <w:rPr>
        <w:rFonts w:ascii="Gill Sans MT" w:eastAsia="Calibri" w:hAnsi="Gill Sans MT" w:cs="Times New Roman"/>
        <w:kern w:val="18"/>
        <w:sz w:val="18"/>
        <w:szCs w:val="18"/>
        <w:lang w:val="es-ES"/>
      </w:rPr>
      <w:t xml:space="preserve">DE INDUSTRIA </w:t>
    </w:r>
  </w:p>
  <w:p w14:paraId="7C972EF8" w14:textId="77777777" w:rsidR="008468AA" w:rsidRPr="008468AA" w:rsidRDefault="008468AA" w:rsidP="008468AA">
    <w:pPr>
      <w:tabs>
        <w:tab w:val="center" w:pos="4252"/>
        <w:tab w:val="right" w:pos="8504"/>
      </w:tabs>
      <w:spacing w:after="0" w:line="240" w:lineRule="exact"/>
      <w:ind w:left="1276"/>
      <w:rPr>
        <w:rFonts w:ascii="Gill Sans MT" w:eastAsia="Calibri" w:hAnsi="Gill Sans MT" w:cs="Times New Roman"/>
        <w:kern w:val="18"/>
        <w:sz w:val="18"/>
        <w:szCs w:val="18"/>
        <w:lang w:val="es-ES"/>
      </w:rPr>
    </w:pPr>
    <w:r w:rsidRPr="008468AA">
      <w:rPr>
        <w:rFonts w:ascii="Gill Sans MT" w:eastAsia="Calibri" w:hAnsi="Gill Sans MT" w:cs="Times New Roman"/>
        <w:kern w:val="18"/>
        <w:sz w:val="18"/>
        <w:szCs w:val="18"/>
        <w:lang w:val="es-ES"/>
      </w:rPr>
      <w:t>Y TURISMO</w:t>
    </w:r>
  </w:p>
  <w:p w14:paraId="4A88D2D8" w14:textId="36F87AD8" w:rsidR="008468AA" w:rsidRDefault="008468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AC7BA8"/>
    <w:multiLevelType w:val="hybridMultilevel"/>
    <w:tmpl w:val="5BB47E3C"/>
    <w:lvl w:ilvl="0" w:tplc="2BF2471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81D"/>
    <w:rsid w:val="00034616"/>
    <w:rsid w:val="0006063C"/>
    <w:rsid w:val="00107017"/>
    <w:rsid w:val="0015074B"/>
    <w:rsid w:val="00203EB1"/>
    <w:rsid w:val="00251F9F"/>
    <w:rsid w:val="0029639D"/>
    <w:rsid w:val="002C753C"/>
    <w:rsid w:val="00326F90"/>
    <w:rsid w:val="00366600"/>
    <w:rsid w:val="003C0F3A"/>
    <w:rsid w:val="00402FDE"/>
    <w:rsid w:val="006653AE"/>
    <w:rsid w:val="006A5C86"/>
    <w:rsid w:val="008468AA"/>
    <w:rsid w:val="00892F29"/>
    <w:rsid w:val="008C388E"/>
    <w:rsid w:val="008C4137"/>
    <w:rsid w:val="00935781"/>
    <w:rsid w:val="00947841"/>
    <w:rsid w:val="009F06B7"/>
    <w:rsid w:val="00A5105E"/>
    <w:rsid w:val="00AA1D8D"/>
    <w:rsid w:val="00B046AC"/>
    <w:rsid w:val="00B36A55"/>
    <w:rsid w:val="00B44F19"/>
    <w:rsid w:val="00B47730"/>
    <w:rsid w:val="00B93844"/>
    <w:rsid w:val="00BC53CC"/>
    <w:rsid w:val="00BE7CDC"/>
    <w:rsid w:val="00C42572"/>
    <w:rsid w:val="00CB0664"/>
    <w:rsid w:val="00D14806"/>
    <w:rsid w:val="00E444CF"/>
    <w:rsid w:val="00F23B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1949E77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C86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9F06B7"/>
    <w:rPr>
      <w:color w:val="808080"/>
    </w:rPr>
  </w:style>
  <w:style w:type="character" w:customStyle="1" w:styleId="OrganismoGris">
    <w:name w:val="Organismo Gris"/>
    <w:basedOn w:val="Fuentedeprrafopredeter"/>
    <w:uiPriority w:val="1"/>
    <w:qFormat/>
    <w:rsid w:val="008468AA"/>
    <w:rPr>
      <w:rFonts w:ascii="Gill Sans MT" w:hAnsi="Gill Sans MT"/>
      <w:caps/>
      <w:smallCaps w:val="0"/>
      <w:strike w:val="0"/>
      <w:dstrike w:val="0"/>
      <w:color w:val="000000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170E0-9ACA-4793-8EA4-862E0A35A8B7}"/>
      </w:docPartPr>
      <w:docPartBody>
        <w:p w:rsidR="00E56707" w:rsidRDefault="00337F47">
          <w:r w:rsidRPr="00AB13F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47"/>
    <w:rsid w:val="001E793B"/>
    <w:rsid w:val="00337F47"/>
    <w:rsid w:val="00E5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37F4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C47A496E414243ABBA0BBA84DE400F" ma:contentTypeVersion="2" ma:contentTypeDescription="Crear nuevo documento." ma:contentTypeScope="" ma:versionID="99f148002d115aa606b8e67c393e870d">
  <xsd:schema xmlns:xsd="http://www.w3.org/2001/XMLSchema" xmlns:xs="http://www.w3.org/2001/XMLSchema" xmlns:p="http://schemas.microsoft.com/office/2006/metadata/properties" xmlns:ns2="42b85dab-85e3-4e2e-96c9-8248e973e80a" targetNamespace="http://schemas.microsoft.com/office/2006/metadata/properties" ma:root="true" ma:fieldsID="878eb8459f240c63b845cab84f4484f4" ns2:_="">
    <xsd:import namespace="42b85dab-85e3-4e2e-96c9-8248e973e80a"/>
    <xsd:element name="properties">
      <xsd:complexType>
        <xsd:sequence>
          <xsd:element name="documentManagement">
            <xsd:complexType>
              <xsd:all>
                <xsd:element ref="ns2:Orden" minOccurs="0"/>
                <xsd:element ref="ns2:Descripci_x00f3_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85dab-85e3-4e2e-96c9-8248e973e80a" elementFormDefault="qualified">
    <xsd:import namespace="http://schemas.microsoft.com/office/2006/documentManagement/types"/>
    <xsd:import namespace="http://schemas.microsoft.com/office/infopath/2007/PartnerControls"/>
    <xsd:element name="Orden" ma:index="8" nillable="true" ma:displayName="Orden" ma:internalName="Orden">
      <xsd:simpleType>
        <xsd:restriction base="dms:Number"/>
      </xsd:simpleType>
    </xsd:element>
    <xsd:element name="Descripci_x00f3_n" ma:index="9" nillable="true" ma:displayName="Descripción" ma:internalName="Descripci_x00f3_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42b85dab-85e3-4e2e-96c9-8248e973e80a">3</Orden>
    <Descripci_x00f3_n xmlns="42b85dab-85e3-4e2e-96c9-8248e973e80a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66F59A-BC8F-4D73-97AD-A877C7D04EF5}"/>
</file>

<file path=customXml/itemProps3.xml><?xml version="1.0" encoding="utf-8"?>
<ds:datastoreItem xmlns:ds="http://schemas.openxmlformats.org/officeDocument/2006/customXml" ds:itemID="{8A4F990D-29B0-4A9B-8EAE-C4CDB8DB46B1}"/>
</file>

<file path=customXml/itemProps4.xml><?xml version="1.0" encoding="utf-8"?>
<ds:datastoreItem xmlns:ds="http://schemas.openxmlformats.org/officeDocument/2006/customXml" ds:itemID="{6360AD74-C71B-4776-863C-A17FD1E69D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2544</Characters>
  <Application>Microsoft Office Word</Application>
  <DocSecurity>0</DocSecurity>
  <Lines>21</Lines>
  <Paragraphs>5</Paragraphs>
  <ScaleCrop>false</ScaleCrop>
  <Manager/>
  <Company/>
  <LinksUpToDate>false</LinksUpToDate>
  <CharactersWithSpaces>3001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Deración Responsable I y II (versión 1.0; actualizado: 30/07/2026)</dc:title>
  <dc:subject/>
  <dc:creator/>
  <cp:keywords/>
  <dc:description/>
  <cp:lastModifiedBy/>
  <cp:revision>1</cp:revision>
  <dcterms:created xsi:type="dcterms:W3CDTF">2026-07-30T12:42:00Z</dcterms:created>
  <dcterms:modified xsi:type="dcterms:W3CDTF">2026-07-30T12:42:00Z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0x01010047C47A496E414243ABBA0BBA84DE400F</vt:lpwstr>
  </property>
</Properties>
</file>